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רגיל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מהדורה למורה – הפרפר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פאבל פרידמן · שיר · שואה וגבורה · גרסת רגיל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(חופש ותקווה) · 2–א (בגטו טרזיינשטט) · 3–א (שן ארי וענף ערמון) · 4–א (צהוב) · 5–א (חופש)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1–לא נכון (הפרפר – חופשי וזוהר) · 2–נכון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1) צהוב, בהיר וזוהר. | 2) שבעה שבועות. | 3) שן ארי צהובה וענף לבן־ירוק של עץ ערמון בחצר.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ב׳ – מושגים וכלים ספרותיים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1–ג · 2–ד · 3–א · 4–ב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1–סמל · 2–ניגוד · 3–האנשה · 4–דימוי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ג׳ – חשיבה וכתיבה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חופש, יופי, קלילות ותקווה – כל מה שחסר לדובר בגטו.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7: הוא מסמל את הרגע האחרון של החיים החופשיים לפני הגטו; מאז הדובר לא ראה עוד פרפר.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8: תשובה אישית: הוא פשוט, עדין, מדבר דרך תמונה מן הטבע ומעביר רגש בלי תיאורים קשים.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9: מחוון קצר: שמירה על פרטי העלילה (3), נקודת מבט עקבית (3), תיאור רגשות ומחשבות (2), לשון ופיסוק (2).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שאלה לדיון בכיתה: מה נותן לאדם תקווה ברגעים קשים? האם דבר קטן כמו פרח או פרפר יכול לעזור?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התמקדו בתקווה ובזיכרון; שיתוף אישי הוא רשות בלבד.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רגיל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הפרפר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פאבל פרידמן · שיר · שואה וגבורה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הדובר מתאר פרפר צהוב, האחרון שראה, בהיר וזוהר, שעף גבוה כאילו ביקש לנשק את העולם. מאז שהוא נמצא בגטו, כבר שבעה שבועות, הוא רואה סביבו מעט טבע: שן ארי צהובה, ענף ירוק של עץ ערמון. אבל פרפר הוא לא ראה שוב. השיר מסתיים בתחושה שפרפרים אינם חיים כאן, בגטו. הפרפר הופך לסמל לחופש, ליופי ולחיים שנלקחו – ובכל זאת השיר עצמו שומר אותם.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מסמל הפרפר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חופש ותקווה     ב. פחד     ג. חורף     ד. משחק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איפה נכתב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בגטו טרזיינשטט     ב. על חוף הים     ג. בקיבוץ     ד. בבית ספר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הדובר עוד רואה בגטו?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שן ארי וענף ערמון     ב. ים כחול     ג. הרים מושלגים     ד. פרפרים רבים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איזה צבע הפרפר?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צהוב     ב. שחור     ג. כחול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מה הפרפר מסמל?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חופש     ב. פחד     ג. קור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קראו כל צמד: דמות – תכונה. סמנו נכון או לא נכון. אם לא נכון – כתבו את התכונה הנכונה.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תיקון (אם לא נכון)</w:t>
            </w:r>
          </w:p>
        </w:tc>
      </w:tr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הפרפר – מתגעגע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 – מתגעגע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ענו במשפט או שניים.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איזה צבע היה הפרפר?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כמה זמן נמצא הדובר בגטו לפי השיר?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אילו סימנים של טבע עוד רואה הדובר בגטו?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ב׳ – מושגים וכלים ספרותיים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כל כלי ספרותי לדוגמה שלו מן היצירה. כתבו את האות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כלי ספרותי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דוגמה מן היצירה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סמל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הפרפר כאילו רוצה לנשק את העולם – מקבל רצון של אדם.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ניגוד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צבעים בהירים – צהוב, לבן, ירוק – בונים תמונה של יופי בתוך מקום קשה.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האנשה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הפרפר מסמל חופש ותקווה; היעדרו מסמל את אובדן החופש בגטו.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דימוי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הפרפר הצהוב, החופשי והמעופף מול החיים הסגורים בגטו.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השלימו את המונח המתאים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ניגוד   |   האנשה   |   דימוי   |   סמל   |   עלילה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דבר מוחשי שמייצג רעיון גדול ממנו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העמדה זה מול זה של דברים הפוכים כדי להבליט אותם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3) ______ – מתן תכונות של בני אדם לדבר שאינו אדם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4) ______ – השוואה בין שני דברים בעזרת מילת השוואה: כמו, כ־, דומה ל־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ג׳ – חשיבה וכתיבה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שאלת פרשנות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מסמל הפרפר?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7. שאלת פרשנות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מדוע הפרפר הוא "האחרון"?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8. שאלת הערכה – הביעו עמדה ונמקו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למה לדעתכם השיר הזה נעשה אחד הסמלים המוכרים של זיכרון הילדים בשואה?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9. משימת כתיבה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כתבו "מכתב לפרפר": מה הייתם רוצים לספר לו, ומה הייתם מבקשים שיביא לאנשים שזקוקים לתקווה.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הפרפר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איזה רגע או משפט מן היצירה נגע בי?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איזה סמל למדנו ומה הוא מבטא?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מילה אחת שאני לוקח/ת איתי מהשיעור.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