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הפרפר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פאבל פרידמן · שיר · שואה וגבורה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(צהוב) · 2–א (חופש) · 3–ג (בגטו) · 4–ב (פרפר)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(הפרפר – חופשי וזוהר)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1–סמל · 2–ניגוד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צהוב, בהיר וזוהר.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הפרפר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פאבל פרידמן · שיר · שואה וגבורה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הדובר ראה פרפר צהוב ויפה. אחר כך הוא היה בגטו. שם לא היו פרפרים.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איזה צבע הפרפר?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כחול     ב. צהוב     ג. שחור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הפרפר מסמל?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חופש     ב. קור     ג. פחד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איפה היה הדובר?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בטיול     ב. בים     ג. בגטו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מה הדובר לא ראה שוב?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פרח     ב. פרפר     ג. עץ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 – מתגעגע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 – מתגעגע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מתגעגע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חופשי וזוהר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דיאלוג   |   סמל   |   ניגוד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דבר מוחשי שמייצג רעיון גדול ממנו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איזה צבע היה הפרפר?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נותן לאדם תקווה ברגעים קשים? האם דבר קטן כמו פרח או פרפר יכול לעזור?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הפרפר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מ"הפרפר":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