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הליכה לקיסריה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חנה סנש · שיר · שואה וגבורה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(חמש) · 2–א (תפילת האדם) · 3–א (קיסריה) · 4–א (ליד הים) · 5–א (שהדברים היפים לא ייגמרו)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(האדם המתפלל – מלא תקווה)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1) לאלוהים – "אלי, אלי". | 2) החול, הים, רשרוש המים, ברק השמיים ותפילת האדם. | 3) בהליכה לקיסריה, על חוף הים.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1–ב · 2–ג · 3–ד · 4–א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1–חריזה · 2–דימוי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מתחילים בחול שעל האדמה, עוברים לים ולמים, עולים לשמיים ומסיימים באדם ובתפילתו – מסע מן הטבע אל האדם.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7: כדי להראות שגם הקול של האדם, תקוותו ובקשתו, הם חלק מהעולם היפה שראוי שיימשך; האדם מצטרף לטבע.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8: תשובה אישית: הקיצור הופך אותו לתפילה פשוטה שקל לזכור ולשיר.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9: מחוון קצר: שמירה על פרטי העלילה (3), נקודת מבט עקבית (3), תיאור רגשות ומחשבות (2), לשון ופיסוק (2).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שאלה לדיון בכיתה: מה בעולם שלכם הייתם רוצים שלא ייגמר לעולם?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סבב קצר של מילה אחת לכל מי שרוצה; אין חובה לשתף.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הליכה לקיסריה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חנה סנש · שיר · שואה וגבורה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הדוברת פונה לאלוהים ומבקשת דבר אחד: שהדברים היפים והפשוטים בעולם לא ייגמרו לעולם. היא מונה אותם: החול, הים, רשרוש המים, הברק בשמיים, ותפילת האדם. השיר קצר מאוד, רק חמש שורות, אבל הוא מחבר בין הטבע לבין האדם ובין האדמה לשמיים. זו תפילה של תודה והתפעלות מן העולם.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כמה שורות יש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חמש     ב. עשר     ג. שלוש     ד. שתים עשרה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במה מסתיימת הרשימה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תפילת האדם     ב. החול     ג. הים     ד. הברק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ליד איזה מקום נכתב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קיסריה     ב. ירושלים     ג. אילת     ד. צפת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איפה הולכת הדוברת?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ליד הים     ב. ביער     ג. בעיר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מה היא מבקשת?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שהדברים היפים לא ייגמרו     ב. שיהיה חושך     ג. שיירד שלג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קראו כל צמד: דמות – תכונה. סמנו נכון או לא נכון. אם לא נכון – כתבו את התכונה הנכונה.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תיקון (אם לא נכון)</w:t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 – מתפעלת ואוהבת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המתפלל – מתפעלת ואוהבת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ענו במשפט או שניים.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למי פונה הדוברת בשיר?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אילו דברים היא מבקשת שלא ייגמרו? מנו חמישה.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היכן נכתב השיר לפי שמו?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כל כלי ספרותי לדוגמה שלו מן היצירה. כתבו את האות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כלי ספרותי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 מן היצירה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חריזה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תמונות קצרות של חוף: חול, רשרוש מים, ברק – מעוררות חושים של ראייה ושמיעה.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חזרות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הים, המים, השמים, האדם – צלילי סיום דומים יוצרים מוזיקליות.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מבנה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"אלי, אלי" בפתיחה יוצר קריאה של תפילה.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דימוי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רשימה קצרה בת חמש שורות שעולה מן האדמה אל השמיים ואל האדם.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השלימו את המונח המתאים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חריזה   |   דובר   |   דימוי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צלילים זהים בסופי שורות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השוואה בין שני דברים בעזרת מילת השוואה: כמו, כ־, דומה ל־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שאלת פרשנות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הסדר בשיר: מאיפה מתחילים ולאן מגיעים?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7. שאלת פרשנות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מדוע לדעתכם "תפילת האדם" מופיעה בסוף הרשימה?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8. שאלת הערכה – הביעו עמדה ונמקו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השיר קצר מאוד. האם הקיצור מחזק או מחליש אותו? נמקו.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9. משימת כתיבה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שיר קצר בן חמש שורות שנפתח במילים "שלא ייגמר לעולם" ומונה דברים קטנים שאתם אוהבים.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הליכה לקיסריה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איזה רגע או משפט מן היצירה נגע בי?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איזה סמל למדנו ומה הוא מבטא?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מילה אחת שאני לוקח/ת איתי מהשיעור.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