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חנ״מ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מהדורה למורה – הליכה לקיסריה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חנה סנש · שיר · שואה וגבורה · גרסת חנ״מ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1–ג (ליד הים) · 2–ג (שהדברים היפים לא ייגמרו) · 3–ג (ברק) · 4–ב (חנה סנש)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1–לא נכון (האדם המתפלל – מלא תקווה) · 2–נכון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ב׳ – התאמה והשלמה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1–א · 2–ב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1–חריזה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ג׳ – כותבים קצת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5: 1) לאלוהים – "אלי, אלי".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6: תשובה אישית: 2–3 משפטים, עם סיבה אחת (כי…).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חנ״מ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הליכה לקיסריה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חנה סנש · שיר · שואה וגבורה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תזכורת קצרה: הדוברת הולכת ליד הים. היא רואה חול, מים ושמיים. היא מבקשת שהדברים היפים לא ייגמרו.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 (יש 3 אפשרויות)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איפה הולכת הדוברת?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בעיר     ב. ביער     ג. ליד הים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מה היא מבקשת?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שיירד שלג     ב. שיהיה חושך     ג. שהדברים היפים לא ייגמרו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מה יש בשמיים בשיר?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ירח     ב. מטוס     ג. ברק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4) מי כתבה את השיר?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אנה פרנק     ב. חנה סנש     ג. רחל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דמות – תכונה: סמנו נכון או לא נכון.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 – תכונה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האדם המתפלל – מתפעלת ואוהבת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הדוברת – מתפעלת ואוהבת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ב׳ – התאמה והשלמה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חברו בקו: דמות ← תכונה.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הדוברת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מתפעלת ואוהבת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האדם המתפלל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מלא תקווה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השלימו מתוך מחסן המילים.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מחסן מילים:  משקל   |   חריזה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1) ______ – צלילים זהים בסופי שורות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ג׳ – כותבים קצת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5. ענו במשפט אחד.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למי פונה הדוברת בשיר?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6. כתבו 2–3 משפטים. אפשר להיעזר בפתיחים: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מה בעולם שלכם הייתם רוצים שלא ייגמר לעולם?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 | כי… | למשל…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הליכה לקיסריה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דבר אחד שזכרתי מ"הליכה לקיסריה":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דמות שאהבתי, ולמה: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32"/>
      <w:szCs w:val="3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