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קטעים מיומנה של נערה</w:t>
      </w:r>
    </w:p>
    <w:p>
      <w:pPr>
        <w:bidi/>
        <w:jc w:val="right"/>
      </w:pPr>
      <w:r>
        <w:rPr>
          <w:rFonts w:ascii="Arial" w:hAnsi="Arial" w:cs="Arial"/>
          <w:b w:val="0"/>
          <w:color w:val="555555"/>
          <w:rtl/>
        </w:rPr>
        <w:t>אנה פרנק · יומן · שואה וגבורה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(קיטי) · 2–א (פקעת של סתירות) · 3–א (מראה הטבע) · 4–א (יומן) · 5–א (לקיטי)</w:t>
      </w:r>
    </w:p>
    <w:p>
      <w:pPr>
        <w:bidi/>
        <w:spacing w:after="60"/>
        <w:jc w:val="right"/>
      </w:pPr>
      <w:r>
        <w:rPr>
          <w:rFonts w:ascii="Arial" w:hAnsi="Arial" w:cs="Arial"/>
          <w:b w:val="0"/>
          <w:rtl/>
        </w:rPr>
        <w:t>תרגיל 2: 1–נכון · 2–לא נכון (המשפחה – מסתתרת יחד) · 3–נכון · 4–לא נכון (קיטי – חברה דמיונית)</w:t>
      </w:r>
    </w:p>
    <w:p>
      <w:pPr>
        <w:bidi/>
        <w:spacing w:after="60"/>
        <w:jc w:val="right"/>
      </w:pPr>
      <w:r>
        <w:rPr>
          <w:rFonts w:ascii="Arial" w:hAnsi="Arial" w:cs="Arial"/>
          <w:b w:val="0"/>
          <w:rtl/>
        </w:rPr>
        <w:t>תרגיל 3: 1) לחברה דמיונית בשם קיטי, כי אין לה חברה אמיתית שאפשר לספר לה הכול. | 2) בחדרים נסתרים בבית עסק באמסטרדם, יחד עם אנשים נוספים. | 3) מראה הטבע – השמיים, העננים, הירח והכוכבים, אף שהיא רואה אותם רק מבעד לחלון.</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2–ב · 3–ג · 4–א</w:t>
      </w:r>
    </w:p>
    <w:p>
      <w:pPr>
        <w:bidi/>
        <w:spacing w:after="60"/>
        <w:jc w:val="right"/>
      </w:pPr>
      <w:r>
        <w:rPr>
          <w:rFonts w:ascii="Arial" w:hAnsi="Arial" w:cs="Arial"/>
          <w:b w:val="0"/>
          <w:rtl/>
        </w:rPr>
        <w:t>תרגיל 5: 1–מספר · 2–דמות · 3–ניגוד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שהיא רגישה, אכפתית ומרגישה אחריות כלפי אחרים, ויש לה מצפון גדול גם כשהיא עצמה במצוקה.</w:t>
      </w:r>
    </w:p>
    <w:p>
      <w:pPr>
        <w:bidi/>
        <w:spacing w:after="60"/>
        <w:jc w:val="right"/>
      </w:pPr>
      <w:r>
        <w:rPr>
          <w:rFonts w:ascii="Arial" w:hAnsi="Arial" w:cs="Arial"/>
          <w:b w:val="0"/>
          <w:rtl/>
        </w:rPr>
        <w:t>תרגיל 7: יש בה צדדים מנוגדים: עליזה ומצחיקה כלפי חוץ, ורצינית ורגישה בפנים. זה תיאור כן של נערה מתבגרת.</w:t>
      </w:r>
    </w:p>
    <w:p>
      <w:pPr>
        <w:bidi/>
        <w:spacing w:after="60"/>
        <w:jc w:val="right"/>
      </w:pPr>
      <w:r>
        <w:rPr>
          <w:rFonts w:ascii="Arial" w:hAnsi="Arial" w:cs="Arial"/>
          <w:b w:val="0"/>
          <w:rtl/>
        </w:rPr>
        <w:t>תרגיל 8: תשובה אישית: דומה ברגשות, בחברות, בוויכוחים עם הורים ובחלומות; שונה בכך שחייה היו בסכנה והיא נאלצה להסתתר.</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נותן לאדם כוח כשהוא מרגיש סגור או בודד – כתיבה, טבע, חברים, משפחה?</w:t>
      </w:r>
    </w:p>
    <w:p>
      <w:pPr>
        <w:bidi/>
        <w:jc w:val="right"/>
      </w:pPr>
      <w:r>
        <w:rPr>
          <w:rFonts w:ascii="Arial" w:hAnsi="Arial" w:cs="Arial"/>
          <w:b w:val="0"/>
          <w:rtl/>
        </w:rPr>
        <w:t>• שמרו על מרחב בטוח; מי שרוצה משתף, ואין צורך לספר דבר אישי.</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קטעים מיומנה של נערה</w:t>
      </w:r>
    </w:p>
    <w:p>
      <w:pPr>
        <w:bidi/>
        <w:jc w:val="right"/>
      </w:pPr>
      <w:r>
        <w:rPr>
          <w:rFonts w:ascii="Arial" w:hAnsi="Arial" w:cs="Arial"/>
          <w:b w:val="0"/>
          <w:color w:val="555555"/>
          <w:rtl/>
        </w:rPr>
        <w:t>אנה פרנק · יומן · שואה וגבורה</w:t>
      </w:r>
    </w:p>
    <w:p>
      <w:pPr>
        <w:bidi/>
        <w:jc w:val="right"/>
      </w:pPr>
      <w:r>
        <w:rPr>
          <w:rFonts w:ascii="Arial" w:hAnsi="Arial" w:cs="Arial"/>
          <w:b w:val="0"/>
          <w:rtl/>
        </w:rPr>
        <w:t>תזכורת קצרה: בקטעים הראשונים אנה מסבירה למה היא כותבת: יש לה משפחה וחברים, ובכל זאת אין לה חברה אמיתית שאפשר לספר לה הכול, ולכן היומן הופך לחברה בשם קיטי. אחר כך היא מתארת את הרגע שבו המשפחה עברה בבהילות למסתור ואת החיים הצפופים והשקטים שם. בקטעים מאוחרים יותר היא כותבת על געגועים לחברתה ליס, על תחושת אשמה שהיא בחום ובביטחון כשאחרים סובלים, על מצבי רוח של נערה מתבגרת, ועל כמיהה עזה לטבע, שאותו היא רואה רק מבעד לחלון מאובק. בקטע האחרון היא מתארת את עצמה כ"פקעת של סתירות" – יש בה אנה אחת שכולם רואים ואנה אחרת, עמוקה ורגישה. היומן חושף נערה חכמה, מצחיקה, כנה ומלאת תקווה.</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שם החברה הדמיונית שלה כותבת אנה?</w:t>
      </w:r>
    </w:p>
    <w:p>
      <w:pPr>
        <w:bidi/>
        <w:spacing w:after="120"/>
        <w:jc w:val="right"/>
      </w:pPr>
      <w:r>
        <w:rPr>
          <w:rFonts w:ascii="Arial" w:hAnsi="Arial" w:cs="Arial"/>
          <w:b w:val="0"/>
          <w:rtl/>
        </w:rPr>
        <w:t xml:space="preserve">     א. קיטי     ב. ליס     ג. מרגוט     ד. אלזה</w:t>
      </w:r>
    </w:p>
    <w:p>
      <w:pPr>
        <w:bidi/>
        <w:jc w:val="right"/>
      </w:pPr>
      <w:r>
        <w:rPr>
          <w:rFonts w:ascii="Arial" w:hAnsi="Arial" w:cs="Arial"/>
          <w:b w:val="0"/>
          <w:rtl/>
        </w:rPr>
        <w:t>2) איך אנה מתארת את עצמה בקטע האחרון?</w:t>
      </w:r>
    </w:p>
    <w:p>
      <w:pPr>
        <w:bidi/>
        <w:spacing w:after="120"/>
        <w:jc w:val="right"/>
      </w:pPr>
      <w:r>
        <w:rPr>
          <w:rFonts w:ascii="Arial" w:hAnsi="Arial" w:cs="Arial"/>
          <w:b w:val="0"/>
          <w:rtl/>
        </w:rPr>
        <w:t xml:space="preserve">     א. פקעת של סתירות     ב. ילדה שקטה     ג. גיבורה     ד. מלכה</w:t>
      </w:r>
    </w:p>
    <w:p>
      <w:pPr>
        <w:bidi/>
        <w:jc w:val="right"/>
      </w:pPr>
      <w:r>
        <w:rPr>
          <w:rFonts w:ascii="Arial" w:hAnsi="Arial" w:cs="Arial"/>
          <w:b w:val="0"/>
          <w:rtl/>
        </w:rPr>
        <w:t>3) מה נותן לאנה אומץ לפי היומן?</w:t>
      </w:r>
    </w:p>
    <w:p>
      <w:pPr>
        <w:bidi/>
        <w:spacing w:after="120"/>
        <w:jc w:val="right"/>
      </w:pPr>
      <w:r>
        <w:rPr>
          <w:rFonts w:ascii="Arial" w:hAnsi="Arial" w:cs="Arial"/>
          <w:b w:val="0"/>
          <w:rtl/>
        </w:rPr>
        <w:t xml:space="preserve">     א. מראה הטבע     ב. משחקי קלפים     ג. שינה     ד. מוזיקה בלבד</w:t>
      </w:r>
    </w:p>
    <w:p>
      <w:pPr>
        <w:bidi/>
        <w:jc w:val="right"/>
      </w:pPr>
      <w:r>
        <w:rPr>
          <w:rFonts w:ascii="Arial" w:hAnsi="Arial" w:cs="Arial"/>
          <w:b w:val="0"/>
          <w:rtl/>
        </w:rPr>
        <w:t>4) מה אנה כותבת?</w:t>
      </w:r>
    </w:p>
    <w:p>
      <w:pPr>
        <w:bidi/>
        <w:spacing w:after="120"/>
        <w:jc w:val="right"/>
      </w:pPr>
      <w:r>
        <w:rPr>
          <w:rFonts w:ascii="Arial" w:hAnsi="Arial" w:cs="Arial"/>
          <w:b w:val="0"/>
          <w:rtl/>
        </w:rPr>
        <w:t xml:space="preserve">     א. יומן     ב. מכתב לעיתון     ג. סיפור דמיוני</w:t>
      </w:r>
    </w:p>
    <w:p>
      <w:pPr>
        <w:bidi/>
        <w:jc w:val="right"/>
      </w:pPr>
      <w:r>
        <w:rPr>
          <w:rFonts w:ascii="Arial" w:hAnsi="Arial" w:cs="Arial"/>
          <w:b w:val="0"/>
          <w:rtl/>
        </w:rPr>
        <w:t>5) למי היא כותבת?</w:t>
      </w:r>
    </w:p>
    <w:p>
      <w:pPr>
        <w:bidi/>
        <w:spacing w:after="120"/>
        <w:jc w:val="right"/>
      </w:pPr>
      <w:r>
        <w:rPr>
          <w:rFonts w:ascii="Arial" w:hAnsi="Arial" w:cs="Arial"/>
          <w:b w:val="0"/>
          <w:rtl/>
        </w:rPr>
        <w:t xml:space="preserve">     א. לקיטי     ב. למורה     ג. לסבתא</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אנה – כנה ורגישה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המשפחה – כנה ורגישה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ליס – חברת ילדות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קיטי – חברת ילדות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למי אנה כותבת ביומן ומדוע?</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היכן הסתתרה המשפחה?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מרגיע את אנה ונותן לה אומץ לפי אחד הקטעים?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החיים הצפופים במסתור מול הכמיהה לטבע ולחופש.</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קטעי יומן מתוארכים, כתובים כמכתבים לקיטי, הנפתחים ב"קיטי יקרה".</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אנה – נערה סקרנית, כנה, מצחיקה ורגישה, שמתבגרת לאורך היומן.</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מספרת בגוף ראשון – אנה עצמה – ולכן אנחנו שומעים את מחשבותיה ורגשותיה מבפנים.</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מספר   |   דמות   |   מטפורה   |   ניגוד</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אדם, בעל חיים או יצור שפועל ביצירה; לדמות יש תכונות, רצונות ומניעים</w:t>
      </w:r>
    </w:p>
    <w:p>
      <w:pPr>
        <w:bidi/>
        <w:spacing w:after="120"/>
        <w:jc w:val="right"/>
      </w:pPr>
      <w:r>
        <w:rPr>
          <w:rFonts w:ascii="Arial" w:hAnsi="Arial" w:cs="Arial"/>
          <w:b w:val="0"/>
          <w:rtl/>
        </w:rPr>
        <w:t>3) ______ – העמדה זה מול זה של דברים הפוכים כדי להבליט אותם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מלמד היחס של אנה לחברתה ליס על אופייה?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פירוש התיאור העצמי "פקעת של סתירות"?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במה אנה דומה לבני נוער היום, ובמה שונה מצבה?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קטע יומן קצר ("קיטי יקרה" או לחבר/ה דמיוני/ת משלכם) על יום אחד בחייכם: מה הרגשתם, ממה שמחתם ועל מה חלמתם.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קטעים מיומנה של נערה · שם: ______________</w:t>
      </w:r>
    </w:p>
    <w:p>
      <w:pPr>
        <w:bidi/>
        <w:jc w:val="right"/>
      </w:pPr>
      <w:r>
        <w:rPr>
          <w:rFonts w:ascii="Arial" w:hAnsi="Arial" w:cs="Arial"/>
          <w:b w:val="0"/>
          <w:rtl/>
        </w:rPr>
        <w:t>1) איזה רגע או משפט מן היצירה נגע בי?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סמל למדנו ומה הוא מבטא?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מילה אחת שאני לוקח/ת איתי מהשיעור.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